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pieczęć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szkoły</w:t>
      </w:r>
      <w:proofErr w:type="spellEnd"/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0642522C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z </w:t>
      </w:r>
      <w:r w:rsidR="00550D19">
        <w:rPr>
          <w:rFonts w:ascii="Lato" w:hAnsi="Lato" w:cs="Lato"/>
          <w:b/>
          <w:sz w:val="20"/>
          <w:szCs w:val="20"/>
        </w:rPr>
        <w:t>JĘZYKA POLSKIEGO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przedmiotu</w:t>
      </w:r>
      <w:proofErr w:type="spellEnd"/>
      <w:r w:rsidRPr="00352867">
        <w:rPr>
          <w:rFonts w:ascii="Lato" w:hAnsi="Lato" w:cs="Lato"/>
          <w:b/>
          <w:sz w:val="20"/>
          <w:szCs w:val="20"/>
        </w:rPr>
        <w:t>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</w:r>
      <w:proofErr w:type="spellStart"/>
      <w:r w:rsidRPr="00352867">
        <w:rPr>
          <w:rFonts w:ascii="Lato" w:hAnsi="Lato" w:cs="Lato"/>
          <w:b/>
          <w:sz w:val="20"/>
          <w:szCs w:val="20"/>
        </w:rPr>
        <w:t>dla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uczniów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klas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IV–VIII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szkół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podstawowych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województwa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b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b/>
          <w:sz w:val="20"/>
          <w:szCs w:val="20"/>
        </w:rPr>
        <w:t xml:space="preserve">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Imię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imiona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)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Nazwisko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Data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(</w:t>
      </w: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w </w:t>
      </w:r>
      <w:proofErr w:type="spellStart"/>
      <w:r w:rsidRPr="00352867">
        <w:rPr>
          <w:rFonts w:ascii="Lato" w:hAnsi="Lato" w:cs="Lato"/>
          <w:sz w:val="20"/>
          <w:szCs w:val="20"/>
        </w:rPr>
        <w:t>przypadku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urodzenia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poza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Polską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również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kraj</w:t>
      </w:r>
      <w:proofErr w:type="spellEnd"/>
      <w:r w:rsidRPr="00352867">
        <w:rPr>
          <w:rFonts w:ascii="Lato" w:hAnsi="Lato" w:cs="Lato"/>
          <w:sz w:val="20"/>
          <w:szCs w:val="20"/>
        </w:rPr>
        <w:t>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Klasa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roku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Pełna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nazwa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podstawowej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Ulica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numer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Miejscowość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Gmina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Dokumentację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potwierdzającą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potrzebę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przedstawia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szkole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Do RKK/WKK </w:t>
      </w:r>
      <w:proofErr w:type="spellStart"/>
      <w:r w:rsidRPr="00352867">
        <w:rPr>
          <w:rFonts w:ascii="Lato" w:hAnsi="Lato" w:cs="Lato"/>
          <w:sz w:val="20"/>
          <w:szCs w:val="20"/>
        </w:rPr>
        <w:t>przekazuje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miarę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możliwości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wyłącznie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wymaganym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dostosowania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potwierdzenie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istnienia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podstaw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IV. </w:t>
      </w:r>
      <w:proofErr w:type="spellStart"/>
      <w:r w:rsidRPr="00352867">
        <w:rPr>
          <w:rFonts w:ascii="Lato" w:hAnsi="Lato" w:cs="Lato"/>
          <w:sz w:val="20"/>
          <w:szCs w:val="20"/>
        </w:rPr>
        <w:t>Wizerunek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– </w:t>
      </w:r>
      <w:proofErr w:type="spellStart"/>
      <w:r w:rsidRPr="00352867">
        <w:rPr>
          <w:rFonts w:ascii="Lato" w:hAnsi="Lato" w:cs="Lato"/>
          <w:sz w:val="20"/>
          <w:szCs w:val="20"/>
        </w:rPr>
        <w:t>Wojewódzka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Gala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rozpowszechnianie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mojego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dziecka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utrwalonego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podczas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Wojewódzkiej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Gali </w:t>
      </w:r>
      <w:proofErr w:type="spellStart"/>
      <w:r w:rsidRPr="00352867">
        <w:rPr>
          <w:rFonts w:ascii="Lato" w:hAnsi="Lato" w:cs="Lato"/>
          <w:sz w:val="20"/>
          <w:szCs w:val="20"/>
        </w:rPr>
        <w:t>Wręczenia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Zaświadczeń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Laureatom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publikację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stronie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internetowej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Gdańsku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oficjalnych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profilach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serwisach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społecznościowych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o </w:t>
      </w:r>
      <w:proofErr w:type="spellStart"/>
      <w:r w:rsidRPr="00352867">
        <w:rPr>
          <w:rFonts w:ascii="Lato" w:hAnsi="Lato" w:cs="Lato"/>
          <w:sz w:val="20"/>
          <w:szCs w:val="20"/>
        </w:rPr>
        <w:t>wydarzeniu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352867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działalności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Kuratorium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Zezwolenie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dobrowolne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Brak </w:t>
      </w:r>
      <w:proofErr w:type="spellStart"/>
      <w:r w:rsidRPr="00352867">
        <w:rPr>
          <w:rFonts w:ascii="Lato" w:hAnsi="Lato" w:cs="Lato"/>
          <w:sz w:val="20"/>
          <w:szCs w:val="20"/>
        </w:rPr>
        <w:t>zezwolenia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wpływa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Konkursie, </w:t>
      </w:r>
      <w:proofErr w:type="spellStart"/>
      <w:r w:rsidRPr="00352867">
        <w:rPr>
          <w:rFonts w:ascii="Lato" w:hAnsi="Lato" w:cs="Lato"/>
          <w:sz w:val="20"/>
          <w:szCs w:val="20"/>
        </w:rPr>
        <w:t>uzyskanie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tytułu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ani </w:t>
      </w:r>
      <w:proofErr w:type="spellStart"/>
      <w:r w:rsidRPr="00352867">
        <w:rPr>
          <w:rFonts w:ascii="Lato" w:hAnsi="Lato" w:cs="Lato"/>
          <w:sz w:val="20"/>
          <w:szCs w:val="20"/>
        </w:rPr>
        <w:t>udział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 xml:space="preserve">autorskim i prawach </w:t>
      </w:r>
      <w:proofErr w:type="spellStart"/>
      <w:r w:rsidRPr="00352867">
        <w:rPr>
          <w:rFonts w:ascii="Lato" w:hAnsi="Lato" w:cs="Lato"/>
          <w:sz w:val="20"/>
          <w:szCs w:val="20"/>
        </w:rPr>
        <w:t>pokrewnych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</w:t>
      </w:r>
      <w:proofErr w:type="spellStart"/>
      <w:r w:rsidRPr="00352867">
        <w:rPr>
          <w:rFonts w:ascii="Lato" w:hAnsi="Lato" w:cs="Lato"/>
          <w:sz w:val="20"/>
          <w:szCs w:val="20"/>
        </w:rPr>
        <w:t>zasady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związanych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publikacją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wizerunku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odrębna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Oświadczam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Karcie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zgodne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ze </w:t>
      </w:r>
      <w:proofErr w:type="spellStart"/>
      <w:r w:rsidRPr="00352867">
        <w:rPr>
          <w:rFonts w:ascii="Lato" w:hAnsi="Lato" w:cs="Lato"/>
          <w:sz w:val="20"/>
          <w:szCs w:val="20"/>
        </w:rPr>
        <w:t>stanem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faktycznym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zapoznałam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się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otrzymałam</w:t>
      </w:r>
      <w:proofErr w:type="spellEnd"/>
      <w:r w:rsidRPr="00352867">
        <w:rPr>
          <w:rFonts w:ascii="Lato" w:hAnsi="Lato" w:cs="Lato"/>
          <w:sz w:val="20"/>
          <w:szCs w:val="20"/>
        </w:rPr>
        <w:t>/</w:t>
      </w:r>
      <w:proofErr w:type="spellStart"/>
      <w:r w:rsidRPr="00352867">
        <w:rPr>
          <w:rFonts w:ascii="Lato" w:hAnsi="Lato" w:cs="Lato"/>
          <w:sz w:val="20"/>
          <w:szCs w:val="20"/>
        </w:rPr>
        <w:t>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osobowych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szkoła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proofErr w:type="spellStart"/>
      <w:r w:rsidR="00550D19">
        <w:rPr>
          <w:rFonts w:ascii="Lato" w:hAnsi="Lato" w:cs="Lato"/>
          <w:sz w:val="20"/>
          <w:szCs w:val="20"/>
        </w:rPr>
        <w:t>Szkoła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</w:t>
      </w:r>
      <w:proofErr w:type="spellStart"/>
      <w:r w:rsidR="00550D19">
        <w:rPr>
          <w:rFonts w:ascii="Lato" w:hAnsi="Lato" w:cs="Lato"/>
          <w:sz w:val="20"/>
          <w:szCs w:val="20"/>
        </w:rPr>
        <w:t>Podstawowa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nr 86 </w:t>
      </w:r>
      <w:proofErr w:type="spellStart"/>
      <w:r w:rsidR="00550D19">
        <w:rPr>
          <w:rFonts w:ascii="Lato" w:hAnsi="Lato" w:cs="Lato"/>
          <w:sz w:val="20"/>
          <w:szCs w:val="20"/>
        </w:rPr>
        <w:t>im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. prof. </w:t>
      </w:r>
      <w:proofErr w:type="spellStart"/>
      <w:r w:rsidR="00550D19">
        <w:rPr>
          <w:rFonts w:ascii="Lato" w:hAnsi="Lato" w:cs="Lato"/>
          <w:sz w:val="20"/>
          <w:szCs w:val="20"/>
        </w:rPr>
        <w:t>Jerzego</w:t>
      </w:r>
      <w:proofErr w:type="spellEnd"/>
      <w:r w:rsidR="00550D19">
        <w:rPr>
          <w:rFonts w:ascii="Lato" w:hAnsi="Lato" w:cs="Lato"/>
          <w:sz w:val="20"/>
          <w:szCs w:val="20"/>
        </w:rPr>
        <w:t xml:space="preserve"> Sampa w </w:t>
      </w:r>
      <w:proofErr w:type="spellStart"/>
      <w:r w:rsidR="00550D19">
        <w:rPr>
          <w:rFonts w:ascii="Lato" w:hAnsi="Lato" w:cs="Lato"/>
          <w:sz w:val="20"/>
          <w:szCs w:val="20"/>
        </w:rPr>
        <w:t>Gdańsku</w:t>
      </w:r>
      <w:proofErr w:type="spellEnd"/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</w:t>
      </w:r>
      <w:proofErr w:type="spellStart"/>
      <w:r w:rsidRPr="00352867">
        <w:rPr>
          <w:rFonts w:ascii="Lato" w:hAnsi="Lato" w:cs="Lato"/>
          <w:sz w:val="20"/>
          <w:szCs w:val="20"/>
        </w:rPr>
        <w:t>szkoły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są przetwarzane w celu organizacji i przeprowadzenia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sporządzenia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dokumentacji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informacje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dotyczące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celów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podstaw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okresu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przez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oraz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praw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osób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których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dane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dotyczą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zawiera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Klauzula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Kuratora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Oświaty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Regulaminu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="00D63C7B" w:rsidRPr="00352867">
        <w:rPr>
          <w:rFonts w:ascii="Lato" w:hAnsi="Lato" w:cs="Lato"/>
          <w:sz w:val="20"/>
          <w:szCs w:val="20"/>
        </w:rPr>
        <w:t>Konkursu</w:t>
      </w:r>
      <w:proofErr w:type="spellEnd"/>
      <w:r w:rsidR="00D63C7B" w:rsidRPr="00352867">
        <w:rPr>
          <w:rFonts w:ascii="Lato" w:hAnsi="Lato" w:cs="Lato"/>
          <w:sz w:val="20"/>
          <w:szCs w:val="20"/>
        </w:rPr>
        <w:t>..</w:t>
      </w:r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udziału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Konkursie jest </w:t>
      </w:r>
      <w:proofErr w:type="spellStart"/>
      <w:r w:rsidRPr="00352867">
        <w:rPr>
          <w:rFonts w:ascii="Lato" w:hAnsi="Lato" w:cs="Lato"/>
          <w:sz w:val="20"/>
          <w:szCs w:val="20"/>
        </w:rPr>
        <w:t>niezbędne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ich </w:t>
      </w:r>
      <w:proofErr w:type="spellStart"/>
      <w:r w:rsidRPr="00352867">
        <w:rPr>
          <w:rFonts w:ascii="Lato" w:hAnsi="Lato" w:cs="Lato"/>
          <w:sz w:val="20"/>
          <w:szCs w:val="20"/>
        </w:rPr>
        <w:t>brak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może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uniemożliwić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zgłoszenie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lub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realizację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udziału.Dane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w </w:t>
      </w:r>
      <w:proofErr w:type="spellStart"/>
      <w:r w:rsidRPr="00352867">
        <w:rPr>
          <w:rFonts w:ascii="Lato" w:hAnsi="Lato" w:cs="Lato"/>
          <w:sz w:val="20"/>
          <w:szCs w:val="20"/>
        </w:rPr>
        <w:t>Regulaminie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mogą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w </w:t>
      </w:r>
      <w:proofErr w:type="spellStart"/>
      <w:r w:rsidRPr="00352867">
        <w:rPr>
          <w:rFonts w:ascii="Lato" w:hAnsi="Lato" w:cs="Lato"/>
          <w:sz w:val="20"/>
          <w:szCs w:val="20"/>
        </w:rPr>
        <w:t>celu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weryfikacji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I – </w:t>
      </w:r>
      <w:proofErr w:type="spellStart"/>
      <w:r w:rsidRPr="00352867">
        <w:rPr>
          <w:rFonts w:ascii="Lato" w:hAnsi="Lato" w:cs="Lato"/>
          <w:sz w:val="20"/>
          <w:szCs w:val="20"/>
        </w:rPr>
        <w:t>szkolnego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ustalenia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kwalifikacji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stopnia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II – </w:t>
      </w:r>
      <w:proofErr w:type="spellStart"/>
      <w:r w:rsidRPr="00352867">
        <w:rPr>
          <w:rFonts w:ascii="Lato" w:hAnsi="Lato" w:cs="Lato"/>
          <w:sz w:val="20"/>
          <w:szCs w:val="20"/>
        </w:rPr>
        <w:t>rejonowego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dalszej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organizacji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Konkursu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W </w:t>
      </w:r>
      <w:proofErr w:type="spellStart"/>
      <w:r w:rsidRPr="00352867">
        <w:rPr>
          <w:rFonts w:ascii="Lato" w:hAnsi="Lato" w:cs="Lato"/>
          <w:sz w:val="20"/>
          <w:szCs w:val="20"/>
        </w:rPr>
        <w:t>zakresie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tych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danych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Dane </w:t>
      </w:r>
      <w:proofErr w:type="spellStart"/>
      <w:r w:rsidRPr="00352867">
        <w:rPr>
          <w:rFonts w:ascii="Lato" w:hAnsi="Lato" w:cs="Lato"/>
          <w:sz w:val="20"/>
          <w:szCs w:val="20"/>
        </w:rPr>
        <w:t>będą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przechowywane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okres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wynikający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z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przepisów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kancelaryjno-archiwalnych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JRWA </w:t>
      </w:r>
      <w:proofErr w:type="spellStart"/>
      <w:r w:rsidRPr="00352867">
        <w:rPr>
          <w:rFonts w:ascii="Lato" w:hAnsi="Lato" w:cs="Lato"/>
          <w:sz w:val="20"/>
          <w:szCs w:val="20"/>
        </w:rPr>
        <w:t>właściwego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administratora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Osobie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przysługują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zasadach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określonych</w:t>
      </w:r>
      <w:proofErr w:type="spellEnd"/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</w:t>
      </w:r>
      <w:proofErr w:type="spellStart"/>
      <w:r w:rsidRPr="00352867">
        <w:rPr>
          <w:rFonts w:ascii="Lato" w:hAnsi="Lato" w:cs="Lato"/>
          <w:sz w:val="20"/>
          <w:szCs w:val="20"/>
        </w:rPr>
        <w:t>prawa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dostępu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sprostowania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</w:t>
      </w:r>
      <w:proofErr w:type="spellStart"/>
      <w:r w:rsidRPr="00352867">
        <w:rPr>
          <w:rFonts w:ascii="Lato" w:hAnsi="Lato" w:cs="Lato"/>
          <w:sz w:val="20"/>
          <w:szCs w:val="20"/>
        </w:rPr>
        <w:t>ograniczenia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przetwarzania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oraz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wniesienia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skargi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do </w:t>
      </w:r>
      <w:proofErr w:type="spellStart"/>
      <w:r w:rsidRPr="00352867">
        <w:rPr>
          <w:rFonts w:ascii="Lato" w:hAnsi="Lato" w:cs="Lato"/>
          <w:sz w:val="20"/>
          <w:szCs w:val="20"/>
        </w:rPr>
        <w:t>Prezesa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proofErr w:type="spellStart"/>
      <w:r w:rsidRPr="00352867">
        <w:rPr>
          <w:rFonts w:ascii="Lato" w:hAnsi="Lato" w:cs="Lato"/>
          <w:sz w:val="20"/>
          <w:szCs w:val="20"/>
        </w:rPr>
        <w:t>Jeżeli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dokumentacja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uczestnika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zostanie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przekazana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przez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SKK do </w:t>
      </w:r>
      <w:proofErr w:type="spellStart"/>
      <w:r w:rsidRPr="00352867">
        <w:rPr>
          <w:rFonts w:ascii="Lato" w:hAnsi="Lato" w:cs="Lato"/>
          <w:sz w:val="20"/>
          <w:szCs w:val="20"/>
        </w:rPr>
        <w:t>właściwej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RKK </w:t>
      </w:r>
      <w:proofErr w:type="spellStart"/>
      <w:r w:rsidRPr="00352867">
        <w:rPr>
          <w:rFonts w:ascii="Lato" w:hAnsi="Lato" w:cs="Lato"/>
          <w:sz w:val="20"/>
          <w:szCs w:val="20"/>
        </w:rPr>
        <w:t>zgodnie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</w:t>
      </w:r>
      <w:proofErr w:type="spellStart"/>
      <w:r w:rsidRPr="00352867">
        <w:rPr>
          <w:rFonts w:ascii="Lato" w:hAnsi="Lato" w:cs="Lato"/>
          <w:sz w:val="20"/>
          <w:szCs w:val="20"/>
        </w:rPr>
        <w:t>Regulaminem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, Pomorski </w:t>
      </w:r>
      <w:proofErr w:type="spellStart"/>
      <w:r w:rsidRPr="00352867">
        <w:rPr>
          <w:rFonts w:ascii="Lato" w:hAnsi="Lato" w:cs="Lato"/>
          <w:sz w:val="20"/>
          <w:szCs w:val="20"/>
        </w:rPr>
        <w:t>Kurator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jest </w:t>
      </w:r>
      <w:proofErr w:type="spellStart"/>
      <w:r w:rsidRPr="00352867">
        <w:rPr>
          <w:rFonts w:ascii="Lato" w:hAnsi="Lato" w:cs="Lato"/>
          <w:sz w:val="20"/>
          <w:szCs w:val="20"/>
        </w:rPr>
        <w:t>administratorem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danych przetwarzanych w celu weryfikacji wyniku stopnia I, kwalifikacji do stopnia II i dalszej realizacji Konkursu. </w:t>
      </w:r>
      <w:proofErr w:type="spellStart"/>
      <w:r w:rsidRPr="00352867">
        <w:rPr>
          <w:rFonts w:ascii="Lato" w:hAnsi="Lato" w:cs="Lato"/>
          <w:sz w:val="20"/>
          <w:szCs w:val="20"/>
        </w:rPr>
        <w:t>Szczegółowe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informacje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zawiera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informacyjna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Pomorskiego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Kuratora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Oświaty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stanowiąca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załącznik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do </w:t>
      </w:r>
      <w:proofErr w:type="spellStart"/>
      <w:r w:rsidRPr="00352867">
        <w:rPr>
          <w:rFonts w:ascii="Lato" w:hAnsi="Lato" w:cs="Lato"/>
          <w:sz w:val="20"/>
          <w:szCs w:val="20"/>
        </w:rPr>
        <w:t>Regulaminu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. </w:t>
      </w:r>
      <w:proofErr w:type="spellStart"/>
      <w:r w:rsidRPr="00352867">
        <w:rPr>
          <w:rFonts w:ascii="Lato" w:hAnsi="Lato" w:cs="Lato"/>
          <w:sz w:val="20"/>
          <w:szCs w:val="20"/>
        </w:rPr>
        <w:t>Klauzula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proofErr w:type="spellStart"/>
      <w:r w:rsidRPr="00352867">
        <w:rPr>
          <w:rFonts w:ascii="Lato" w:hAnsi="Lato" w:cs="Lato"/>
          <w:sz w:val="20"/>
          <w:szCs w:val="20"/>
        </w:rPr>
        <w:t>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wymaga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podpisania</w:t>
      </w:r>
      <w:proofErr w:type="spellEnd"/>
      <w:r w:rsidRPr="00352867">
        <w:rPr>
          <w:rFonts w:ascii="Lato" w:hAnsi="Lato" w:cs="Lato"/>
          <w:sz w:val="20"/>
          <w:szCs w:val="20"/>
        </w:rPr>
        <w:t>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* </w:t>
      </w:r>
      <w:proofErr w:type="spellStart"/>
      <w:r w:rsidRPr="00352867">
        <w:rPr>
          <w:rFonts w:ascii="Lato" w:hAnsi="Lato" w:cs="Lato"/>
          <w:sz w:val="20"/>
          <w:szCs w:val="20"/>
        </w:rPr>
        <w:t>wypełnić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komputerowo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/ </w:t>
      </w:r>
      <w:proofErr w:type="spellStart"/>
      <w:r w:rsidRPr="00352867">
        <w:rPr>
          <w:rFonts w:ascii="Lato" w:hAnsi="Lato" w:cs="Lato"/>
          <w:sz w:val="20"/>
          <w:szCs w:val="20"/>
        </w:rPr>
        <w:t>pisemnie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drukowanymi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literami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;  ** </w:t>
      </w:r>
      <w:proofErr w:type="spellStart"/>
      <w:r w:rsidRPr="00352867">
        <w:rPr>
          <w:rFonts w:ascii="Lato" w:hAnsi="Lato" w:cs="Lato"/>
          <w:sz w:val="20"/>
          <w:szCs w:val="20"/>
        </w:rPr>
        <w:t>zaznacz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jedną</w:t>
      </w:r>
      <w:proofErr w:type="spellEnd"/>
      <w:r w:rsidRPr="00352867">
        <w:rPr>
          <w:rFonts w:ascii="Lato" w:hAnsi="Lato" w:cs="Lato"/>
          <w:sz w:val="20"/>
          <w:szCs w:val="20"/>
        </w:rPr>
        <w:t xml:space="preserve"> </w:t>
      </w:r>
      <w:proofErr w:type="spellStart"/>
      <w:r w:rsidRPr="00352867">
        <w:rPr>
          <w:rFonts w:ascii="Lato" w:hAnsi="Lato" w:cs="Lato"/>
          <w:sz w:val="20"/>
          <w:szCs w:val="20"/>
        </w:rPr>
        <w:t>odpowiedź</w:t>
      </w:r>
      <w:proofErr w:type="spellEnd"/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3A709" w14:textId="77777777" w:rsidR="00BC70F2" w:rsidRDefault="00BC70F2">
      <w:pPr>
        <w:spacing w:after="0" w:line="240" w:lineRule="auto"/>
      </w:pPr>
      <w:r>
        <w:separator/>
      </w:r>
    </w:p>
  </w:endnote>
  <w:endnote w:type="continuationSeparator" w:id="0">
    <w:p w14:paraId="74F41CE9" w14:textId="77777777" w:rsidR="00BC70F2" w:rsidRDefault="00BC7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57728" w14:textId="77777777" w:rsidR="00BC70F2" w:rsidRDefault="00BC70F2">
      <w:pPr>
        <w:spacing w:after="0" w:line="240" w:lineRule="auto"/>
      </w:pPr>
      <w:r>
        <w:separator/>
      </w:r>
    </w:p>
  </w:footnote>
  <w:footnote w:type="continuationSeparator" w:id="0">
    <w:p w14:paraId="33951227" w14:textId="77777777" w:rsidR="00BC70F2" w:rsidRDefault="00BC7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4DA5DB69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proofErr w:type="spellStart"/>
    <w:r w:rsidRPr="00352867">
      <w:rPr>
        <w:rFonts w:ascii="Lato" w:hAnsi="Lato" w:cs="Lato"/>
        <w:i/>
        <w:iCs/>
        <w:sz w:val="20"/>
        <w:szCs w:val="20"/>
      </w:rPr>
      <w:t>Załącznik</w:t>
    </w:r>
    <w:proofErr w:type="spellEnd"/>
    <w:r w:rsidRPr="00352867">
      <w:rPr>
        <w:rFonts w:ascii="Lato" w:hAnsi="Lato" w:cs="Lato"/>
        <w:i/>
        <w:iCs/>
        <w:sz w:val="20"/>
        <w:szCs w:val="20"/>
      </w:rPr>
      <w:t xml:space="preserve"> nr 1 do </w:t>
    </w:r>
    <w:proofErr w:type="spellStart"/>
    <w:r w:rsidRPr="00352867">
      <w:rPr>
        <w:rFonts w:ascii="Lato" w:hAnsi="Lato" w:cs="Lato"/>
        <w:i/>
        <w:iCs/>
        <w:sz w:val="20"/>
        <w:szCs w:val="20"/>
      </w:rPr>
      <w:t>Regulaminu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Wojewódzkiego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Pr="00352867">
      <w:rPr>
        <w:rFonts w:ascii="Lato" w:eastAsiaTheme="minorHAnsi" w:hAnsi="Lato" w:cs="Lato"/>
        <w:bCs/>
        <w:sz w:val="20"/>
        <w:szCs w:val="20"/>
      </w:rPr>
      <w:t>Konkursu</w:t>
    </w:r>
    <w:proofErr w:type="spellEnd"/>
    <w:r w:rsidRPr="00352867">
      <w:rPr>
        <w:rFonts w:ascii="Lato" w:eastAsiaTheme="minorHAnsi" w:hAnsi="Lato" w:cs="Lato"/>
        <w:bCs/>
        <w:sz w:val="20"/>
        <w:szCs w:val="20"/>
      </w:rPr>
      <w:t xml:space="preserve">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="00550D19">
      <w:rPr>
        <w:rFonts w:ascii="Lato" w:eastAsiaTheme="minorHAnsi" w:hAnsi="Lato" w:cs="Lato"/>
        <w:bCs/>
        <w:sz w:val="20"/>
        <w:szCs w:val="20"/>
      </w:rPr>
      <w:t>Języka</w:t>
    </w:r>
    <w:proofErr w:type="spellEnd"/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proofErr w:type="spellStart"/>
    <w:r w:rsidR="00550D19">
      <w:rPr>
        <w:rFonts w:ascii="Lato" w:eastAsiaTheme="minorHAnsi" w:hAnsi="Lato" w:cs="Lato"/>
        <w:bCs/>
        <w:sz w:val="20"/>
        <w:szCs w:val="20"/>
      </w:rPr>
      <w:t>Polskiego</w:t>
    </w:r>
    <w:proofErr w:type="spellEnd"/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411193"/>
    <w:rsid w:val="00535C1D"/>
    <w:rsid w:val="00550D19"/>
    <w:rsid w:val="00552DFF"/>
    <w:rsid w:val="0069772A"/>
    <w:rsid w:val="0078477F"/>
    <w:rsid w:val="00936BB1"/>
    <w:rsid w:val="00A14621"/>
    <w:rsid w:val="00A67B2E"/>
    <w:rsid w:val="00A71650"/>
    <w:rsid w:val="00AA1D8D"/>
    <w:rsid w:val="00B2368F"/>
    <w:rsid w:val="00B47730"/>
    <w:rsid w:val="00BC70F2"/>
    <w:rsid w:val="00BE6293"/>
    <w:rsid w:val="00BF64B4"/>
    <w:rsid w:val="00C81A2F"/>
    <w:rsid w:val="00CB0664"/>
    <w:rsid w:val="00D63C7B"/>
    <w:rsid w:val="00F32D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833</Words>
  <Characters>4998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12</cp:revision>
  <cp:lastPrinted>2026-08-27T08:48:00Z</cp:lastPrinted>
  <dcterms:created xsi:type="dcterms:W3CDTF">2013-12-23T23:15:00Z</dcterms:created>
  <dcterms:modified xsi:type="dcterms:W3CDTF">2026-09-30T13:06:00Z</dcterms:modified>
  <cp:category/>
</cp:coreProperties>
</file>